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07F6F" w14:textId="77777777" w:rsidR="00E11EB6" w:rsidRDefault="00000000">
      <w:pPr>
        <w:jc w:val="center"/>
        <w:rPr>
          <w:rFonts w:hint="eastAsia"/>
        </w:rPr>
      </w:pPr>
      <w:r>
        <w:rPr>
          <w:b/>
          <w:color w:val="1C4B40"/>
          <w:sz w:val="30"/>
        </w:rPr>
        <w:t>OBEC RADOŠOVICE</w:t>
      </w:r>
    </w:p>
    <w:p w14:paraId="7525BD95" w14:textId="77777777" w:rsidR="00E11EB6" w:rsidRDefault="00000000">
      <w:pPr>
        <w:jc w:val="center"/>
        <w:rPr>
          <w:rFonts w:hint="eastAsia"/>
        </w:rPr>
      </w:pPr>
      <w:r>
        <w:rPr>
          <w:b/>
          <w:sz w:val="28"/>
        </w:rPr>
        <w:t>INFORMACE O KONÁNÍ USTAVUJÍCÍHO ZASEDÁNÍ</w:t>
      </w:r>
      <w:r>
        <w:rPr>
          <w:b/>
          <w:sz w:val="28"/>
        </w:rPr>
        <w:br/>
        <w:t>ZASTUPITELSTVA OBCE RADOŠOVICE</w:t>
      </w:r>
    </w:p>
    <w:p w14:paraId="43E6EB80" w14:textId="77777777" w:rsidR="00E11EB6" w:rsidRDefault="00000000">
      <w:pPr>
        <w:rPr>
          <w:rFonts w:hint="eastAsia"/>
        </w:rPr>
      </w:pPr>
      <w:r>
        <w:t>Dosavadní starosta obce Radošovice podle § 91 odst. 1 a § 93 odst. 1 zákona č. 128/2000 Sb., o obcích (obecní zřízení), informuje o konání ustavujícího zasedání nově zvoleného zastupitelstva obce.</w:t>
      </w:r>
    </w:p>
    <w:tbl>
      <w:tblPr>
        <w:tblStyle w:val="Svtlstnovnzvraznn1"/>
        <w:tblW w:w="0" w:type="auto"/>
        <w:tblLook w:val="04A0" w:firstRow="1" w:lastRow="0" w:firstColumn="1" w:lastColumn="0" w:noHBand="0" w:noVBand="1"/>
      </w:tblPr>
      <w:tblGrid>
        <w:gridCol w:w="4703"/>
        <w:gridCol w:w="4703"/>
      </w:tblGrid>
      <w:tr w:rsidR="00E11EB6" w14:paraId="45FD6FE4" w14:textId="77777777" w:rsidTr="00E11E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3" w:type="dxa"/>
          </w:tcPr>
          <w:p w14:paraId="0CE55669" w14:textId="77777777" w:rsidR="00E11EB6" w:rsidRPr="007527F3" w:rsidRDefault="00000000">
            <w:pPr>
              <w:rPr>
                <w:rFonts w:hint="eastAsia"/>
                <w:sz w:val="30"/>
                <w:szCs w:val="30"/>
              </w:rPr>
            </w:pPr>
            <w:r w:rsidRPr="007527F3">
              <w:rPr>
                <w:sz w:val="30"/>
                <w:szCs w:val="30"/>
              </w:rPr>
              <w:t>Datum:</w:t>
            </w:r>
          </w:p>
        </w:tc>
        <w:tc>
          <w:tcPr>
            <w:tcW w:w="4703" w:type="dxa"/>
          </w:tcPr>
          <w:p w14:paraId="5530A381" w14:textId="77777777" w:rsidR="00E11EB6" w:rsidRPr="007527F3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30"/>
                <w:szCs w:val="30"/>
              </w:rPr>
            </w:pPr>
            <w:r w:rsidRPr="007527F3">
              <w:rPr>
                <w:sz w:val="30"/>
                <w:szCs w:val="30"/>
              </w:rPr>
              <w:t>čtvrtek 5. listopadu 2026</w:t>
            </w:r>
          </w:p>
        </w:tc>
      </w:tr>
      <w:tr w:rsidR="00E11EB6" w14:paraId="2F7B73B1" w14:textId="77777777" w:rsidTr="00E11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3" w:type="dxa"/>
          </w:tcPr>
          <w:p w14:paraId="26BA6A7A" w14:textId="77777777" w:rsidR="00E11EB6" w:rsidRPr="007527F3" w:rsidRDefault="00000000">
            <w:pPr>
              <w:rPr>
                <w:rFonts w:hint="eastAsia"/>
                <w:sz w:val="30"/>
                <w:szCs w:val="30"/>
              </w:rPr>
            </w:pPr>
            <w:r w:rsidRPr="007527F3">
              <w:rPr>
                <w:sz w:val="30"/>
                <w:szCs w:val="30"/>
              </w:rPr>
              <w:t>Čas:</w:t>
            </w:r>
          </w:p>
        </w:tc>
        <w:tc>
          <w:tcPr>
            <w:tcW w:w="4703" w:type="dxa"/>
          </w:tcPr>
          <w:p w14:paraId="58938C55" w14:textId="77777777" w:rsidR="00E11EB6" w:rsidRPr="007527F3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30"/>
                <w:szCs w:val="30"/>
              </w:rPr>
            </w:pPr>
            <w:r w:rsidRPr="007527F3">
              <w:rPr>
                <w:sz w:val="30"/>
                <w:szCs w:val="30"/>
              </w:rPr>
              <w:t>18:00 hodin</w:t>
            </w:r>
          </w:p>
        </w:tc>
      </w:tr>
      <w:tr w:rsidR="00E11EB6" w14:paraId="0DBE4BD5" w14:textId="77777777" w:rsidTr="00E11E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3" w:type="dxa"/>
          </w:tcPr>
          <w:p w14:paraId="2E122CD6" w14:textId="77777777" w:rsidR="00E11EB6" w:rsidRPr="007527F3" w:rsidRDefault="00000000">
            <w:pPr>
              <w:rPr>
                <w:rFonts w:hint="eastAsia"/>
                <w:sz w:val="30"/>
                <w:szCs w:val="30"/>
              </w:rPr>
            </w:pPr>
            <w:r w:rsidRPr="007527F3">
              <w:rPr>
                <w:sz w:val="30"/>
                <w:szCs w:val="30"/>
              </w:rPr>
              <w:t>Místo:</w:t>
            </w:r>
          </w:p>
        </w:tc>
        <w:tc>
          <w:tcPr>
            <w:tcW w:w="4703" w:type="dxa"/>
          </w:tcPr>
          <w:p w14:paraId="0A4ED7ED" w14:textId="77777777" w:rsidR="00E11EB6" w:rsidRPr="007527F3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30"/>
                <w:szCs w:val="30"/>
              </w:rPr>
            </w:pPr>
            <w:r w:rsidRPr="007527F3">
              <w:rPr>
                <w:sz w:val="30"/>
                <w:szCs w:val="30"/>
              </w:rPr>
              <w:t>Obecní úřad Radošovice</w:t>
            </w:r>
          </w:p>
        </w:tc>
      </w:tr>
    </w:tbl>
    <w:p w14:paraId="2E023BBF" w14:textId="77777777" w:rsidR="007527F3" w:rsidRDefault="007527F3">
      <w:pPr>
        <w:pStyle w:val="Nadpis2"/>
      </w:pPr>
    </w:p>
    <w:p w14:paraId="586FEEB6" w14:textId="572127D7" w:rsidR="00E11EB6" w:rsidRDefault="00000000">
      <w:pPr>
        <w:pStyle w:val="Nadpis2"/>
      </w:pPr>
      <w:proofErr w:type="spellStart"/>
      <w:r>
        <w:t>Navržený</w:t>
      </w:r>
      <w:proofErr w:type="spellEnd"/>
      <w:r>
        <w:t xml:space="preserve"> program:</w:t>
      </w:r>
    </w:p>
    <w:p w14:paraId="6ABC72A1" w14:textId="77777777" w:rsidR="007527F3" w:rsidRPr="007527F3" w:rsidRDefault="007527F3" w:rsidP="007527F3"/>
    <w:p w14:paraId="5925AF22" w14:textId="77777777" w:rsidR="00E11EB6" w:rsidRDefault="00000000">
      <w:pPr>
        <w:spacing w:after="60"/>
        <w:rPr>
          <w:rFonts w:hint="eastAsia"/>
        </w:rPr>
      </w:pPr>
      <w:r>
        <w:t>1.  Zahájení zasedání</w:t>
      </w:r>
    </w:p>
    <w:p w14:paraId="15BC7E3A" w14:textId="77777777" w:rsidR="00E11EB6" w:rsidRDefault="00000000">
      <w:pPr>
        <w:spacing w:after="60"/>
        <w:rPr>
          <w:rFonts w:hint="eastAsia"/>
        </w:rPr>
      </w:pPr>
      <w:r>
        <w:t>2.  Složení slibu členů zastupitelstva obce</w:t>
      </w:r>
    </w:p>
    <w:p w14:paraId="7B43267F" w14:textId="77777777" w:rsidR="00E11EB6" w:rsidRDefault="00000000">
      <w:pPr>
        <w:spacing w:after="60"/>
        <w:rPr>
          <w:rFonts w:hint="eastAsia"/>
        </w:rPr>
      </w:pPr>
      <w:r>
        <w:t>3.  Určení ověřovatelů zápisu a zapisovatele</w:t>
      </w:r>
    </w:p>
    <w:p w14:paraId="5A28D583" w14:textId="77777777" w:rsidR="00E11EB6" w:rsidRDefault="00000000">
      <w:pPr>
        <w:spacing w:after="60"/>
        <w:rPr>
          <w:rFonts w:hint="eastAsia"/>
        </w:rPr>
      </w:pPr>
      <w:r>
        <w:t>4.  Schválení programu zasedání</w:t>
      </w:r>
    </w:p>
    <w:p w14:paraId="6B93FAB3" w14:textId="77777777" w:rsidR="00E11EB6" w:rsidRDefault="00000000">
      <w:pPr>
        <w:spacing w:after="60"/>
        <w:rPr>
          <w:rFonts w:hint="eastAsia"/>
        </w:rPr>
      </w:pPr>
      <w:r>
        <w:t>5.  Volba starosty a místostarosty (určení počtu místostarostů, určení uvolněných funkcí, způsob volby, volba starosty a místostarosty)</w:t>
      </w:r>
    </w:p>
    <w:p w14:paraId="27058563" w14:textId="77777777" w:rsidR="00E11EB6" w:rsidRDefault="00000000">
      <w:pPr>
        <w:spacing w:after="60"/>
        <w:rPr>
          <w:rFonts w:hint="eastAsia"/>
        </w:rPr>
      </w:pPr>
      <w:r>
        <w:t>6.  Zřízení finančního a kontrolního výboru (určení počtu členů, volba předsedů a členů)</w:t>
      </w:r>
    </w:p>
    <w:p w14:paraId="19DAF139" w14:textId="77777777" w:rsidR="00E11EB6" w:rsidRDefault="00000000">
      <w:pPr>
        <w:spacing w:after="60"/>
        <w:rPr>
          <w:rFonts w:hint="eastAsia"/>
        </w:rPr>
      </w:pPr>
      <w:r>
        <w:t>7.  Rozhodnutí o odměnách neuvolněných členů zastupitelstva</w:t>
      </w:r>
    </w:p>
    <w:p w14:paraId="7F64CB67" w14:textId="77777777" w:rsidR="00E11EB6" w:rsidRDefault="00000000">
      <w:pPr>
        <w:spacing w:after="60"/>
        <w:rPr>
          <w:rFonts w:hint="eastAsia"/>
        </w:rPr>
      </w:pPr>
      <w:r>
        <w:t>8.  Diskuse</w:t>
      </w:r>
    </w:p>
    <w:p w14:paraId="58DC3B5B" w14:textId="77777777" w:rsidR="00E11EB6" w:rsidRDefault="00000000">
      <w:pPr>
        <w:spacing w:after="60"/>
        <w:rPr>
          <w:rFonts w:hint="eastAsia"/>
        </w:rPr>
      </w:pPr>
      <w:r>
        <w:t>9.  Závěr</w:t>
      </w:r>
    </w:p>
    <w:p w14:paraId="73DFF85D" w14:textId="77777777" w:rsidR="007527F3" w:rsidRDefault="007527F3"/>
    <w:p w14:paraId="13DE0587" w14:textId="5A867915" w:rsidR="00E11EB6" w:rsidRDefault="00000000">
      <w:pPr>
        <w:rPr>
          <w:rFonts w:hint="eastAsia"/>
        </w:rPr>
      </w:pPr>
      <w:proofErr w:type="spellStart"/>
      <w:r>
        <w:t>Zasedání</w:t>
      </w:r>
      <w:proofErr w:type="spellEnd"/>
      <w:r>
        <w:t xml:space="preserve"> </w:t>
      </w:r>
      <w:proofErr w:type="spellStart"/>
      <w:r>
        <w:t>zastupitelstva</w:t>
      </w:r>
      <w:proofErr w:type="spellEnd"/>
      <w:r>
        <w:t xml:space="preserve"> </w:t>
      </w:r>
      <w:proofErr w:type="spellStart"/>
      <w:r>
        <w:t>obce</w:t>
      </w:r>
      <w:proofErr w:type="spellEnd"/>
      <w:r>
        <w:t xml:space="preserve"> je </w:t>
      </w:r>
      <w:proofErr w:type="spellStart"/>
      <w:r>
        <w:t>veřejné</w:t>
      </w:r>
      <w:proofErr w:type="spellEnd"/>
      <w:r>
        <w:t>.</w:t>
      </w:r>
    </w:p>
    <w:p w14:paraId="4BFD998E" w14:textId="77777777" w:rsidR="007527F3" w:rsidRDefault="007527F3"/>
    <w:p w14:paraId="4786BBFF" w14:textId="7247EA8A" w:rsidR="00E11EB6" w:rsidRDefault="00000000">
      <w:pPr>
        <w:rPr>
          <w:rFonts w:hint="eastAsia"/>
        </w:rPr>
      </w:pPr>
      <w:r>
        <w:t xml:space="preserve">V </w:t>
      </w:r>
      <w:proofErr w:type="spellStart"/>
      <w:r>
        <w:t>Radošovicích</w:t>
      </w:r>
      <w:proofErr w:type="spellEnd"/>
      <w:r>
        <w:t xml:space="preserve"> </w:t>
      </w:r>
      <w:proofErr w:type="spellStart"/>
      <w:r>
        <w:t>dne</w:t>
      </w:r>
      <w:proofErr w:type="spellEnd"/>
      <w:r>
        <w:t xml:space="preserve"> 2</w:t>
      </w:r>
      <w:r w:rsidR="007527F3">
        <w:t>6</w:t>
      </w:r>
      <w:r>
        <w:t>. října 2026</w:t>
      </w:r>
    </w:p>
    <w:p w14:paraId="15C29F82" w14:textId="77777777" w:rsidR="007527F3" w:rsidRDefault="007527F3">
      <w:pPr>
        <w:spacing w:before="360"/>
        <w:rPr>
          <w:b/>
        </w:rPr>
      </w:pPr>
    </w:p>
    <w:p w14:paraId="16E70912" w14:textId="5AF8CC4D" w:rsidR="00E11EB6" w:rsidRDefault="00000000">
      <w:pPr>
        <w:spacing w:before="360"/>
        <w:rPr>
          <w:rFonts w:hint="eastAsia"/>
        </w:rPr>
      </w:pPr>
      <w:r>
        <w:rPr>
          <w:b/>
        </w:rPr>
        <w:t>Ing. Mgr. Michal Borovka, MBA</w:t>
      </w:r>
    </w:p>
    <w:p w14:paraId="3853AC70" w14:textId="77777777" w:rsidR="00E11EB6" w:rsidRDefault="00000000">
      <w:pPr>
        <w:rPr>
          <w:rFonts w:hint="eastAsia"/>
        </w:rPr>
      </w:pPr>
      <w:r>
        <w:t>dosavadní starosta obce Radošovice</w:t>
      </w:r>
    </w:p>
    <w:p w14:paraId="7D0B27AA" w14:textId="77777777" w:rsidR="00E11EB6" w:rsidRDefault="00000000">
      <w:pPr>
        <w:spacing w:before="240"/>
        <w:rPr>
          <w:rFonts w:hint="eastAsia"/>
        </w:rPr>
      </w:pPr>
      <w:r>
        <w:rPr>
          <w:i/>
        </w:rPr>
        <w:t>Vyvěšeno dne: ........................     Sejmuto dne: ........................</w:t>
      </w:r>
    </w:p>
    <w:sectPr w:rsidR="00E11EB6" w:rsidSect="00034616">
      <w:pgSz w:w="12240" w:h="15840"/>
      <w:pgMar w:top="124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02796310">
    <w:abstractNumId w:val="8"/>
  </w:num>
  <w:num w:numId="2" w16cid:durableId="16737146">
    <w:abstractNumId w:val="6"/>
  </w:num>
  <w:num w:numId="3" w16cid:durableId="139418690">
    <w:abstractNumId w:val="5"/>
  </w:num>
  <w:num w:numId="4" w16cid:durableId="2016296646">
    <w:abstractNumId w:val="4"/>
  </w:num>
  <w:num w:numId="5" w16cid:durableId="543248758">
    <w:abstractNumId w:val="7"/>
  </w:num>
  <w:num w:numId="6" w16cid:durableId="639120105">
    <w:abstractNumId w:val="3"/>
  </w:num>
  <w:num w:numId="7" w16cid:durableId="230779298">
    <w:abstractNumId w:val="2"/>
  </w:num>
  <w:num w:numId="8" w16cid:durableId="1100643782">
    <w:abstractNumId w:val="1"/>
  </w:num>
  <w:num w:numId="9" w16cid:durableId="534122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69C6"/>
    <w:rsid w:val="0015074B"/>
    <w:rsid w:val="0029639D"/>
    <w:rsid w:val="00326F90"/>
    <w:rsid w:val="007527F3"/>
    <w:rsid w:val="00AA1D8D"/>
    <w:rsid w:val="00B47730"/>
    <w:rsid w:val="00CB0664"/>
    <w:rsid w:val="00E11EB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BD4647"/>
  <w14:defaultImageDpi w14:val="300"/>
  <w15:docId w15:val="{13521C55-839A-4B94-9F2F-2F16DC198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40"/>
    </w:pPr>
    <w:rPr>
      <w:rFonts w:ascii="Aptos" w:hAnsi="Aptos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Michal Borovka</cp:lastModifiedBy>
  <cp:revision>2</cp:revision>
  <dcterms:created xsi:type="dcterms:W3CDTF">2013-12-23T23:15:00Z</dcterms:created>
  <dcterms:modified xsi:type="dcterms:W3CDTF">2026-10-28T17:32:00Z</dcterms:modified>
  <cp:category/>
</cp:coreProperties>
</file>